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B4389" w14:textId="6D09E2EF" w:rsidR="00BA7341" w:rsidRDefault="00BA7341">
      <w:pPr>
        <w:pStyle w:val="Titre"/>
        <w:spacing w:after="80"/>
        <w:jc w:val="center"/>
        <w:rPr>
          <w:rFonts w:ascii="Arial" w:hAnsi="Arial"/>
          <w:sz w:val="20"/>
          <w:lang w:val="fr-BE"/>
        </w:rPr>
      </w:pPr>
      <w:r>
        <w:rPr>
          <w:b w:val="0"/>
          <w:noProof/>
          <w:sz w:val="22"/>
          <w:lang w:val="fr-BE"/>
        </w:rPr>
        <w:drawing>
          <wp:anchor distT="0" distB="0" distL="114300" distR="114300" simplePos="0" relativeHeight="251658240" behindDoc="1" locked="0" layoutInCell="1" allowOverlap="1" wp14:anchorId="15DB9C6B" wp14:editId="5B8C5389">
            <wp:simplePos x="0" y="0"/>
            <wp:positionH relativeFrom="column">
              <wp:posOffset>-619125</wp:posOffset>
            </wp:positionH>
            <wp:positionV relativeFrom="paragraph">
              <wp:posOffset>-565150</wp:posOffset>
            </wp:positionV>
            <wp:extent cx="2051050" cy="1651000"/>
            <wp:effectExtent l="0" t="0" r="6350" b="6350"/>
            <wp:wrapNone/>
            <wp:docPr id="164748976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89765" name="Image 1647489765"/>
                    <pic:cNvPicPr/>
                  </pic:nvPicPr>
                  <pic:blipFill>
                    <a:blip r:embed="rId8"/>
                    <a:stretch>
                      <a:fillRect/>
                    </a:stretch>
                  </pic:blipFill>
                  <pic:spPr>
                    <a:xfrm>
                      <a:off x="0" y="0"/>
                      <a:ext cx="2051050" cy="1651000"/>
                    </a:xfrm>
                    <a:prstGeom prst="rect">
                      <a:avLst/>
                    </a:prstGeom>
                  </pic:spPr>
                </pic:pic>
              </a:graphicData>
            </a:graphic>
          </wp:anchor>
        </w:drawing>
      </w:r>
    </w:p>
    <w:p w14:paraId="4D1FE3F3" w14:textId="3531A556" w:rsidR="00BA7341" w:rsidRDefault="00BA7341">
      <w:pPr>
        <w:pStyle w:val="Titre"/>
        <w:spacing w:after="80"/>
        <w:jc w:val="center"/>
        <w:rPr>
          <w:rFonts w:ascii="Arial" w:hAnsi="Arial"/>
          <w:sz w:val="20"/>
          <w:lang w:val="fr-BE"/>
        </w:rPr>
      </w:pPr>
    </w:p>
    <w:p w14:paraId="432AAE80" w14:textId="77777777" w:rsidR="00BA7341" w:rsidRDefault="00BA7341">
      <w:pPr>
        <w:pStyle w:val="Titre"/>
        <w:spacing w:after="80"/>
        <w:jc w:val="center"/>
        <w:rPr>
          <w:rFonts w:ascii="Arial" w:hAnsi="Arial"/>
          <w:sz w:val="20"/>
          <w:lang w:val="fr-BE"/>
        </w:rPr>
      </w:pPr>
    </w:p>
    <w:p w14:paraId="46CBADF3" w14:textId="77777777" w:rsidR="00BA7341" w:rsidRDefault="00BA7341">
      <w:pPr>
        <w:pStyle w:val="Titre"/>
        <w:spacing w:after="80"/>
        <w:jc w:val="center"/>
        <w:rPr>
          <w:rFonts w:ascii="Arial" w:hAnsi="Arial"/>
          <w:sz w:val="20"/>
          <w:lang w:val="fr-BE"/>
        </w:rPr>
      </w:pPr>
    </w:p>
    <w:p w14:paraId="129BF877" w14:textId="577536FF" w:rsidR="00AD6D15" w:rsidRPr="00B55FFF" w:rsidRDefault="00A875E7">
      <w:pPr>
        <w:pStyle w:val="Titre"/>
        <w:spacing w:after="80"/>
        <w:jc w:val="center"/>
        <w:rPr>
          <w:lang w:val="fr-BE"/>
        </w:rPr>
      </w:pPr>
      <w:r w:rsidRPr="00B55FFF">
        <w:rPr>
          <w:rFonts w:ascii="Arial" w:hAnsi="Arial"/>
          <w:sz w:val="20"/>
          <w:lang w:val="fr-BE"/>
        </w:rPr>
        <w:t>Formulaire de signalement de faits de harcèlement</w:t>
      </w:r>
    </w:p>
    <w:p w14:paraId="04979C24" w14:textId="15F82E03" w:rsidR="00AD6D15" w:rsidRPr="00B55FFF" w:rsidRDefault="00A875E7">
      <w:pPr>
        <w:jc w:val="center"/>
        <w:rPr>
          <w:lang w:val="fr-BE"/>
        </w:rPr>
      </w:pPr>
      <w:r w:rsidRPr="00B55FFF">
        <w:rPr>
          <w:b/>
          <w:color w:val="1F4E79"/>
          <w:sz w:val="22"/>
          <w:lang w:val="fr-BE"/>
        </w:rPr>
        <w:t>Haute École</w:t>
      </w:r>
      <w:r w:rsidR="00B55FFF" w:rsidRPr="00B55FFF">
        <w:rPr>
          <w:b/>
          <w:color w:val="1F4E79"/>
          <w:sz w:val="22"/>
          <w:lang w:val="fr-BE"/>
        </w:rPr>
        <w:t xml:space="preserve"> </w:t>
      </w:r>
      <w:r w:rsidR="00B55FFF">
        <w:rPr>
          <w:b/>
          <w:color w:val="1F4E79"/>
          <w:sz w:val="22"/>
          <w:lang w:val="fr-BE"/>
        </w:rPr>
        <w:t>Lucia de Brouckère</w:t>
      </w:r>
      <w:r w:rsidRPr="00B55FFF">
        <w:rPr>
          <w:b/>
          <w:color w:val="1F4E79"/>
          <w:sz w:val="22"/>
          <w:lang w:val="fr-BE"/>
        </w:rPr>
        <w:t xml:space="preserve"> – Point contact harcèlement (PCH)</w:t>
      </w:r>
    </w:p>
    <w:tbl>
      <w:tblPr>
        <w:tblW w:w="0" w:type="auto"/>
        <w:jc w:val="center"/>
        <w:tblLook w:val="04A0" w:firstRow="1" w:lastRow="0" w:firstColumn="1" w:lastColumn="0" w:noHBand="0" w:noVBand="1"/>
      </w:tblPr>
      <w:tblGrid>
        <w:gridCol w:w="10200"/>
      </w:tblGrid>
      <w:tr w:rsidR="00AD6D15" w:rsidRPr="00B55FFF" w14:paraId="0BCB20A9" w14:textId="77777777" w:rsidTr="12F99102">
        <w:trPr>
          <w:jc w:val="center"/>
        </w:trPr>
        <w:tc>
          <w:tcPr>
            <w:tcW w:w="10200" w:type="dxa"/>
            <w:tcBorders>
              <w:top w:val="single" w:sz="6" w:space="0" w:color="9E9E9E"/>
              <w:left w:val="single" w:sz="6" w:space="0" w:color="9E9E9E"/>
              <w:bottom w:val="single" w:sz="6" w:space="0" w:color="9E9E9E"/>
              <w:right w:val="single" w:sz="6" w:space="0" w:color="9E9E9E"/>
            </w:tcBorders>
            <w:shd w:val="clear" w:color="auto" w:fill="EEF5FB"/>
            <w:tcMar>
              <w:top w:w="110" w:type="dxa"/>
              <w:left w:w="110" w:type="dxa"/>
              <w:bottom w:w="110" w:type="dxa"/>
              <w:right w:w="110" w:type="dxa"/>
            </w:tcMar>
          </w:tcPr>
          <w:p w14:paraId="474DB951" w14:textId="665756B5" w:rsidR="00AD6D15" w:rsidRPr="00B55FFF" w:rsidRDefault="00A875E7">
            <w:pPr>
              <w:spacing w:after="0"/>
              <w:rPr>
                <w:lang w:val="fr-BE"/>
              </w:rPr>
            </w:pPr>
            <w:r w:rsidRPr="00B55FFF">
              <w:rPr>
                <w:lang w:val="fr-BE"/>
              </w:rPr>
              <w:t>Ce formulaire permet de signaler des faits de harcèlement dont vous estimez être victime ou témoin. Les informations transmises sont adressées au Point contact harcèlement (PCH) et traitées de manière strictement confidentielle.</w:t>
            </w:r>
          </w:p>
        </w:tc>
      </w:tr>
    </w:tbl>
    <w:p w14:paraId="369403F6" w14:textId="77777777" w:rsidR="00AD6D15" w:rsidRPr="00B55FFF" w:rsidRDefault="00A875E7">
      <w:pPr>
        <w:pStyle w:val="Titre1"/>
        <w:spacing w:before="180" w:after="60"/>
        <w:rPr>
          <w:lang w:val="fr-BE"/>
        </w:rPr>
      </w:pPr>
      <w:r w:rsidRPr="00B55FFF">
        <w:rPr>
          <w:rFonts w:ascii="Arial" w:hAnsi="Arial"/>
          <w:sz w:val="20"/>
          <w:lang w:val="fr-BE"/>
        </w:rPr>
        <w:t>1. Type de signalement</w:t>
      </w:r>
    </w:p>
    <w:p w14:paraId="6768B747"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 xml:space="preserve">Signalement anonyme        </w:t>
      </w:r>
      <w:r w:rsidRPr="00B55FFF">
        <w:rPr>
          <w:rFonts w:ascii="Segoe UI Symbol" w:hAnsi="Segoe UI Symbol"/>
          <w:lang w:val="fr-BE"/>
        </w:rPr>
        <w:t>☐</w:t>
      </w:r>
      <w:r w:rsidRPr="00B55FFF">
        <w:rPr>
          <w:rFonts w:ascii="Segoe UI Symbol" w:hAnsi="Segoe UI Symbol"/>
          <w:lang w:val="fr-BE"/>
        </w:rPr>
        <w:t xml:space="preserve"> </w:t>
      </w:r>
      <w:r w:rsidRPr="00B55FFF">
        <w:rPr>
          <w:lang w:val="fr-BE"/>
        </w:rPr>
        <w:t>Signalement nominatif</w:t>
      </w:r>
    </w:p>
    <w:p w14:paraId="374C0080" w14:textId="77777777" w:rsidR="00AD6D15" w:rsidRPr="00B55FFF" w:rsidRDefault="00A875E7">
      <w:pPr>
        <w:spacing w:after="40"/>
        <w:rPr>
          <w:lang w:val="fr-BE"/>
        </w:rPr>
      </w:pPr>
      <w:r w:rsidRPr="00B55FFF">
        <w:rPr>
          <w:i/>
          <w:color w:val="5A5A5A"/>
          <w:sz w:val="18"/>
          <w:lang w:val="fr-BE"/>
        </w:rPr>
        <w:t>En cas de signalement anonyme, le PCH pourrait ne pas être en mesure de vous recontacter pour obtenir des informations complémentaires ou assurer un suivi personnalisé.</w:t>
      </w:r>
    </w:p>
    <w:p w14:paraId="79BC02F1" w14:textId="77777777" w:rsidR="00AD6D15" w:rsidRPr="00B55FFF" w:rsidRDefault="00A875E7">
      <w:pPr>
        <w:pStyle w:val="Titre1"/>
        <w:spacing w:before="180" w:after="60"/>
        <w:rPr>
          <w:lang w:val="fr-BE"/>
        </w:rPr>
      </w:pPr>
      <w:r w:rsidRPr="00B55FFF">
        <w:rPr>
          <w:rFonts w:ascii="Arial" w:hAnsi="Arial"/>
          <w:sz w:val="20"/>
          <w:lang w:val="fr-BE"/>
        </w:rPr>
        <w:t>2. Qualité de la personne qui introduit le signalement</w:t>
      </w:r>
    </w:p>
    <w:p w14:paraId="3CC9CC97"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Je m’estime victime des faits signalés</w:t>
      </w:r>
    </w:p>
    <w:p w14:paraId="24BA8C35"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Je suis témoin des faits signalés</w:t>
      </w:r>
    </w:p>
    <w:p w14:paraId="23A18E72"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Autre : ................................................................................................................</w:t>
      </w:r>
    </w:p>
    <w:p w14:paraId="07E25FF1" w14:textId="77777777" w:rsidR="00AD6D15" w:rsidRPr="00B55FFF" w:rsidRDefault="00A875E7">
      <w:pPr>
        <w:pStyle w:val="Titre1"/>
        <w:spacing w:before="180" w:after="60"/>
        <w:rPr>
          <w:lang w:val="fr-BE"/>
        </w:rPr>
      </w:pPr>
      <w:r w:rsidRPr="00B55FFF">
        <w:rPr>
          <w:rFonts w:ascii="Arial" w:hAnsi="Arial"/>
          <w:sz w:val="20"/>
          <w:lang w:val="fr-BE"/>
        </w:rPr>
        <w:t>3. Identification de la personne qui introduit le signalement</w:t>
      </w:r>
    </w:p>
    <w:p w14:paraId="128760B1" w14:textId="77777777" w:rsidR="00AD6D15" w:rsidRPr="00B55FFF" w:rsidRDefault="00A875E7">
      <w:pPr>
        <w:spacing w:after="40"/>
        <w:rPr>
          <w:lang w:val="fr-BE"/>
        </w:rPr>
      </w:pPr>
      <w:r w:rsidRPr="00B55FFF">
        <w:rPr>
          <w:i/>
          <w:color w:val="5A5A5A"/>
          <w:sz w:val="18"/>
          <w:lang w:val="fr-BE"/>
        </w:rPr>
        <w:t>À compléter uniquement en cas de signalement nominatif.</w:t>
      </w:r>
    </w:p>
    <w:p w14:paraId="6E952C5B" w14:textId="77777777" w:rsidR="00AD6D15" w:rsidRPr="00B55FFF" w:rsidRDefault="00A875E7">
      <w:pPr>
        <w:spacing w:after="20"/>
        <w:rPr>
          <w:lang w:val="fr-BE"/>
        </w:rPr>
      </w:pPr>
      <w:r w:rsidRPr="12F99102">
        <w:rPr>
          <w:lang w:val="fr-BE"/>
        </w:rPr>
        <w:t>Nom et prénom : ....................................................................................................</w:t>
      </w:r>
    </w:p>
    <w:p w14:paraId="2F9D4A28" w14:textId="77777777" w:rsidR="00AD6D15" w:rsidRPr="00B55FFF" w:rsidRDefault="00A875E7" w:rsidP="12F99102">
      <w:pPr>
        <w:spacing w:after="20"/>
        <w:rPr>
          <w:lang w:val="de-DE"/>
        </w:rPr>
      </w:pPr>
      <w:r w:rsidRPr="12F99102">
        <w:rPr>
          <w:lang w:val="de-DE"/>
        </w:rPr>
        <w:t xml:space="preserve">Adresse </w:t>
      </w:r>
      <w:bookmarkStart w:id="0" w:name="_Int_LILNyctW"/>
      <w:proofErr w:type="gramStart"/>
      <w:r w:rsidRPr="12F99102">
        <w:rPr>
          <w:lang w:val="de-DE"/>
        </w:rPr>
        <w:t>e-mail</w:t>
      </w:r>
      <w:bookmarkEnd w:id="0"/>
      <w:r w:rsidRPr="12F99102">
        <w:rPr>
          <w:lang w:val="de-DE"/>
        </w:rPr>
        <w:t xml:space="preserve"> :</w:t>
      </w:r>
      <w:proofErr w:type="gramEnd"/>
      <w:r w:rsidRPr="12F99102">
        <w:rPr>
          <w:lang w:val="de-DE"/>
        </w:rPr>
        <w:t xml:space="preserve"> ....................................................................................................</w:t>
      </w:r>
    </w:p>
    <w:p w14:paraId="4032A697" w14:textId="77777777" w:rsidR="00AD6D15" w:rsidRPr="00B55FFF" w:rsidRDefault="00A875E7">
      <w:pPr>
        <w:spacing w:after="20"/>
        <w:rPr>
          <w:lang w:val="fr-BE"/>
        </w:rPr>
      </w:pPr>
      <w:r w:rsidRPr="12F99102">
        <w:rPr>
          <w:lang w:val="fr-BE"/>
        </w:rPr>
        <w:t>Numéro de téléphone : ....................................................................................................</w:t>
      </w:r>
    </w:p>
    <w:p w14:paraId="3D7F3CF0" w14:textId="521A8ECC" w:rsidR="12F99102" w:rsidRDefault="12F99102" w:rsidP="12F99102">
      <w:pPr>
        <w:spacing w:before="60" w:after="20"/>
        <w:rPr>
          <w:b/>
          <w:bCs/>
          <w:lang w:val="fr-BE"/>
        </w:rPr>
      </w:pPr>
    </w:p>
    <w:p w14:paraId="722DC253" w14:textId="77777777" w:rsidR="00AD6D15" w:rsidRPr="00B55FFF" w:rsidRDefault="00A875E7">
      <w:pPr>
        <w:spacing w:before="60" w:after="20"/>
        <w:rPr>
          <w:lang w:val="fr-BE"/>
        </w:rPr>
      </w:pPr>
      <w:r w:rsidRPr="00B55FFF">
        <w:rPr>
          <w:b/>
          <w:lang w:val="fr-BE"/>
        </w:rPr>
        <w:t>Acceptez-vous d’être recontacté(e) par le PCH afin de préciser les faits ou d’assurer le suivi du signalement ?</w:t>
      </w:r>
    </w:p>
    <w:p w14:paraId="6084D154"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 xml:space="preserve">Oui        </w:t>
      </w:r>
      <w:r w:rsidRPr="00B55FFF">
        <w:rPr>
          <w:rFonts w:ascii="Segoe UI Symbol" w:hAnsi="Segoe UI Symbol"/>
          <w:lang w:val="fr-BE"/>
        </w:rPr>
        <w:t>☐</w:t>
      </w:r>
      <w:r w:rsidRPr="00B55FFF">
        <w:rPr>
          <w:rFonts w:ascii="Segoe UI Symbol" w:hAnsi="Segoe UI Symbol"/>
          <w:lang w:val="fr-BE"/>
        </w:rPr>
        <w:t xml:space="preserve"> </w:t>
      </w:r>
      <w:r w:rsidRPr="00B55FFF">
        <w:rPr>
          <w:lang w:val="fr-BE"/>
        </w:rPr>
        <w:t>Non</w:t>
      </w:r>
    </w:p>
    <w:p w14:paraId="625F6200" w14:textId="77777777" w:rsidR="00AD6D15" w:rsidRPr="00B55FFF" w:rsidRDefault="00A875E7">
      <w:pPr>
        <w:pStyle w:val="Titre1"/>
        <w:spacing w:before="180" w:after="60"/>
        <w:rPr>
          <w:lang w:val="fr-BE"/>
        </w:rPr>
      </w:pPr>
      <w:r w:rsidRPr="00B55FFF">
        <w:rPr>
          <w:rFonts w:ascii="Arial" w:hAnsi="Arial"/>
          <w:sz w:val="20"/>
          <w:lang w:val="fr-BE"/>
        </w:rPr>
        <w:t>4. Personne concernée par les faits</w:t>
      </w:r>
    </w:p>
    <w:p w14:paraId="003F75B7" w14:textId="77777777" w:rsidR="00AD6D15" w:rsidRPr="00B55FFF" w:rsidRDefault="00A875E7">
      <w:pPr>
        <w:spacing w:after="40"/>
      </w:pPr>
      <w:r w:rsidRPr="12F99102">
        <w:rPr>
          <w:i/>
          <w:iCs/>
          <w:color w:val="5A5A5A"/>
          <w:sz w:val="18"/>
          <w:szCs w:val="18"/>
          <w:lang w:val="fr-BE"/>
        </w:rPr>
        <w:t>À compléter si la personne concernée est différente de la personne qui introduit le signalement.</w:t>
      </w:r>
    </w:p>
    <w:p w14:paraId="29256F60" w14:textId="56F8F92A" w:rsidR="12F99102" w:rsidRDefault="12F99102" w:rsidP="12F99102">
      <w:pPr>
        <w:spacing w:after="40"/>
        <w:rPr>
          <w:i/>
          <w:iCs/>
          <w:color w:val="5A5A5A"/>
          <w:sz w:val="18"/>
          <w:szCs w:val="18"/>
          <w:lang w:val="fr-BE"/>
        </w:rPr>
      </w:pPr>
    </w:p>
    <w:p w14:paraId="1D93AD8C" w14:textId="77777777" w:rsidR="00AD6D15" w:rsidRPr="00B55FFF" w:rsidRDefault="00A875E7">
      <w:pPr>
        <w:spacing w:after="20"/>
      </w:pPr>
      <w:r w:rsidRPr="12F99102">
        <w:rPr>
          <w:lang w:val="fr-BE"/>
        </w:rPr>
        <w:t>Nom et prénom, si connu : ....................................................................................................</w:t>
      </w:r>
    </w:p>
    <w:p w14:paraId="2D1BCFA7" w14:textId="6C88A3A9" w:rsidR="12F99102" w:rsidRDefault="12F99102" w:rsidP="12F99102">
      <w:pPr>
        <w:spacing w:after="20"/>
        <w:rPr>
          <w:lang w:val="fr-BE"/>
        </w:rPr>
      </w:pPr>
    </w:p>
    <w:p w14:paraId="4A935A41" w14:textId="77777777" w:rsidR="00AD6D15" w:rsidRPr="00B55FFF" w:rsidRDefault="00A875E7">
      <w:pPr>
        <w:spacing w:after="20"/>
        <w:rPr>
          <w:lang w:val="fr-BE"/>
        </w:rPr>
      </w:pPr>
      <w:r w:rsidRPr="00B55FFF">
        <w:rPr>
          <w:lang w:val="fr-BE"/>
        </w:rPr>
        <w:t>Lien avec la Haute École : ....................................................................................................</w:t>
      </w:r>
    </w:p>
    <w:p w14:paraId="11FA519F" w14:textId="77777777" w:rsidR="00AD6D15" w:rsidRPr="00B55FFF" w:rsidRDefault="00A875E7">
      <w:pPr>
        <w:pStyle w:val="Titre1"/>
        <w:spacing w:before="180" w:after="60"/>
        <w:rPr>
          <w:lang w:val="fr-BE"/>
        </w:rPr>
      </w:pPr>
      <w:r w:rsidRPr="00B55FFF">
        <w:rPr>
          <w:rFonts w:ascii="Arial" w:hAnsi="Arial"/>
          <w:sz w:val="20"/>
          <w:lang w:val="fr-BE"/>
        </w:rPr>
        <w:t>5. Description des faits signalés</w:t>
      </w:r>
    </w:p>
    <w:p w14:paraId="4B1A0AB7" w14:textId="77777777" w:rsidR="00AD6D15" w:rsidRPr="00B55FFF" w:rsidRDefault="00A875E7">
      <w:pPr>
        <w:spacing w:after="20"/>
        <w:rPr>
          <w:lang w:val="fr-BE"/>
        </w:rPr>
      </w:pPr>
      <w:r w:rsidRPr="00B55FFF">
        <w:rPr>
          <w:lang w:val="fr-BE"/>
        </w:rPr>
        <w:t>Date ou période des faits : ....................................................................................................</w:t>
      </w:r>
    </w:p>
    <w:p w14:paraId="4119F309" w14:textId="77777777" w:rsidR="00AD6D15" w:rsidRPr="00B55FFF" w:rsidRDefault="00A875E7">
      <w:pPr>
        <w:spacing w:after="20"/>
        <w:rPr>
          <w:lang w:val="fr-BE"/>
        </w:rPr>
      </w:pPr>
      <w:r w:rsidRPr="00B55FFF">
        <w:rPr>
          <w:lang w:val="fr-BE"/>
        </w:rPr>
        <w:t>Lieu des faits : ....................................................................................................</w:t>
      </w:r>
    </w:p>
    <w:p w14:paraId="1B8D70F8" w14:textId="77777777" w:rsidR="00AD6D15" w:rsidRPr="00B55FFF" w:rsidRDefault="00A875E7">
      <w:pPr>
        <w:spacing w:before="40" w:after="0"/>
        <w:rPr>
          <w:lang w:val="fr-BE"/>
        </w:rPr>
      </w:pPr>
      <w:r w:rsidRPr="00B55FFF">
        <w:rPr>
          <w:b/>
          <w:lang w:val="fr-BE"/>
        </w:rPr>
        <w:t>Contexte dans lequel les faits se sont produits :</w:t>
      </w:r>
    </w:p>
    <w:p w14:paraId="1C33A5A0" w14:textId="77777777" w:rsidR="00AD6D15" w:rsidRPr="00B55FFF" w:rsidRDefault="00A875E7">
      <w:pPr>
        <w:spacing w:after="0" w:line="240" w:lineRule="auto"/>
        <w:rPr>
          <w:lang w:val="fr-BE"/>
        </w:rPr>
      </w:pPr>
      <w:r w:rsidRPr="00B55FFF">
        <w:rPr>
          <w:lang w:val="fr-BE"/>
        </w:rPr>
        <w:t>.................................................................................................................................................</w:t>
      </w:r>
    </w:p>
    <w:p w14:paraId="0465A234" w14:textId="77777777" w:rsidR="00AD6D15" w:rsidRPr="00B55FFF" w:rsidRDefault="00A875E7">
      <w:pPr>
        <w:spacing w:after="0" w:line="240" w:lineRule="auto"/>
        <w:rPr>
          <w:lang w:val="fr-BE"/>
        </w:rPr>
      </w:pPr>
      <w:r w:rsidRPr="00B55FFF">
        <w:rPr>
          <w:lang w:val="fr-BE"/>
        </w:rPr>
        <w:t>.................................................................................................................................................</w:t>
      </w:r>
    </w:p>
    <w:p w14:paraId="4A0C4569" w14:textId="77777777" w:rsidR="00AD6D15" w:rsidRPr="00B55FFF" w:rsidRDefault="00A875E7">
      <w:pPr>
        <w:spacing w:after="0" w:line="240" w:lineRule="auto"/>
        <w:rPr>
          <w:lang w:val="fr-BE"/>
        </w:rPr>
      </w:pPr>
      <w:r w:rsidRPr="00B55FFF">
        <w:rPr>
          <w:lang w:val="fr-BE"/>
        </w:rPr>
        <w:t>.................................................................................................................................................</w:t>
      </w:r>
    </w:p>
    <w:p w14:paraId="53CFA08A" w14:textId="77777777" w:rsidR="00AD6D15" w:rsidRPr="00B55FFF" w:rsidRDefault="00A875E7">
      <w:pPr>
        <w:spacing w:before="40" w:after="0"/>
        <w:rPr>
          <w:lang w:val="fr-BE"/>
        </w:rPr>
      </w:pPr>
      <w:r w:rsidRPr="00B55FFF">
        <w:rPr>
          <w:b/>
          <w:lang w:val="fr-BE"/>
        </w:rPr>
        <w:t>Description détaillée des faits :</w:t>
      </w:r>
    </w:p>
    <w:p w14:paraId="5F4EAE57" w14:textId="77777777" w:rsidR="00AD6D15" w:rsidRPr="00B55FFF" w:rsidRDefault="00A875E7">
      <w:pPr>
        <w:spacing w:after="0" w:line="240" w:lineRule="auto"/>
        <w:rPr>
          <w:lang w:val="fr-BE"/>
        </w:rPr>
      </w:pPr>
      <w:r w:rsidRPr="00B55FFF">
        <w:rPr>
          <w:lang w:val="fr-BE"/>
        </w:rPr>
        <w:t>.................................................................................................................................................</w:t>
      </w:r>
    </w:p>
    <w:p w14:paraId="68832222" w14:textId="77777777" w:rsidR="00AD6D15" w:rsidRPr="00B55FFF" w:rsidRDefault="00A875E7">
      <w:pPr>
        <w:spacing w:after="0" w:line="240" w:lineRule="auto"/>
        <w:rPr>
          <w:lang w:val="fr-BE"/>
        </w:rPr>
      </w:pPr>
      <w:r w:rsidRPr="00B55FFF">
        <w:rPr>
          <w:lang w:val="fr-BE"/>
        </w:rPr>
        <w:t>.................................................................................................................................................</w:t>
      </w:r>
    </w:p>
    <w:p w14:paraId="09C16D16" w14:textId="77777777" w:rsidR="00AD6D15" w:rsidRPr="00B55FFF" w:rsidRDefault="00A875E7">
      <w:pPr>
        <w:spacing w:after="0" w:line="240" w:lineRule="auto"/>
        <w:rPr>
          <w:lang w:val="fr-BE"/>
        </w:rPr>
      </w:pPr>
      <w:r w:rsidRPr="00B55FFF">
        <w:rPr>
          <w:lang w:val="fr-BE"/>
        </w:rPr>
        <w:t>.................................................................................................................................................</w:t>
      </w:r>
    </w:p>
    <w:p w14:paraId="5C82ACB2" w14:textId="77777777" w:rsidR="00AD6D15" w:rsidRPr="00B55FFF" w:rsidRDefault="00A875E7">
      <w:pPr>
        <w:spacing w:after="0" w:line="240" w:lineRule="auto"/>
        <w:rPr>
          <w:lang w:val="fr-BE"/>
        </w:rPr>
      </w:pPr>
      <w:r w:rsidRPr="00B55FFF">
        <w:rPr>
          <w:lang w:val="fr-BE"/>
        </w:rPr>
        <w:t>.................................................................................................................................................</w:t>
      </w:r>
    </w:p>
    <w:p w14:paraId="1C28225A" w14:textId="77777777" w:rsidR="00AD6D15" w:rsidRPr="00B55FFF" w:rsidRDefault="00A875E7">
      <w:pPr>
        <w:spacing w:after="0" w:line="240" w:lineRule="auto"/>
        <w:rPr>
          <w:lang w:val="fr-BE"/>
        </w:rPr>
      </w:pPr>
      <w:r w:rsidRPr="00B55FFF">
        <w:rPr>
          <w:lang w:val="fr-BE"/>
        </w:rPr>
        <w:t>.................................................................................................................................................</w:t>
      </w:r>
    </w:p>
    <w:p w14:paraId="15B2CA90" w14:textId="77F68149" w:rsidR="12F99102" w:rsidRDefault="00AD4319" w:rsidP="12F99102">
      <w:pPr>
        <w:spacing w:before="60" w:after="20"/>
        <w:rPr>
          <w:b/>
          <w:bCs/>
          <w:lang w:val="fr-BE"/>
        </w:rPr>
      </w:pPr>
      <w:r>
        <w:rPr>
          <w:b/>
          <w:bCs/>
          <w:noProof/>
          <w:lang w:val="fr-BE"/>
        </w:rPr>
        <w:lastRenderedPageBreak/>
        <w:drawing>
          <wp:anchor distT="0" distB="0" distL="114300" distR="114300" simplePos="0" relativeHeight="251659264" behindDoc="1" locked="0" layoutInCell="1" allowOverlap="1" wp14:anchorId="46CAC182" wp14:editId="3095756A">
            <wp:simplePos x="0" y="0"/>
            <wp:positionH relativeFrom="column">
              <wp:posOffset>-628650</wp:posOffset>
            </wp:positionH>
            <wp:positionV relativeFrom="paragraph">
              <wp:posOffset>-584200</wp:posOffset>
            </wp:positionV>
            <wp:extent cx="2051155" cy="1651085"/>
            <wp:effectExtent l="0" t="0" r="6350" b="6350"/>
            <wp:wrapNone/>
            <wp:docPr id="122309249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92497" name="Image 1223092497"/>
                    <pic:cNvPicPr/>
                  </pic:nvPicPr>
                  <pic:blipFill>
                    <a:blip r:embed="rId8"/>
                    <a:stretch>
                      <a:fillRect/>
                    </a:stretch>
                  </pic:blipFill>
                  <pic:spPr>
                    <a:xfrm>
                      <a:off x="0" y="0"/>
                      <a:ext cx="2051155" cy="1651085"/>
                    </a:xfrm>
                    <a:prstGeom prst="rect">
                      <a:avLst/>
                    </a:prstGeom>
                  </pic:spPr>
                </pic:pic>
              </a:graphicData>
            </a:graphic>
          </wp:anchor>
        </w:drawing>
      </w:r>
    </w:p>
    <w:p w14:paraId="5FA6BDAA" w14:textId="77777777" w:rsidR="00D86031" w:rsidRDefault="00D86031">
      <w:pPr>
        <w:spacing w:before="60" w:after="20"/>
        <w:rPr>
          <w:b/>
          <w:lang w:val="fr-BE"/>
        </w:rPr>
      </w:pPr>
    </w:p>
    <w:p w14:paraId="00828D21" w14:textId="77777777" w:rsidR="00AD4319" w:rsidRDefault="00AD4319">
      <w:pPr>
        <w:spacing w:before="60" w:after="20"/>
        <w:rPr>
          <w:b/>
          <w:lang w:val="fr-BE"/>
        </w:rPr>
      </w:pPr>
    </w:p>
    <w:p w14:paraId="09465C6D" w14:textId="77777777" w:rsidR="00AD4319" w:rsidRDefault="00AD4319">
      <w:pPr>
        <w:spacing w:before="60" w:after="20"/>
        <w:rPr>
          <w:b/>
          <w:lang w:val="fr-BE"/>
        </w:rPr>
      </w:pPr>
    </w:p>
    <w:p w14:paraId="713C8CB0" w14:textId="1EFCB489" w:rsidR="00AD6D15" w:rsidRPr="00B55FFF" w:rsidRDefault="00A875E7">
      <w:pPr>
        <w:spacing w:before="60" w:after="20"/>
        <w:rPr>
          <w:lang w:val="fr-BE"/>
        </w:rPr>
      </w:pPr>
      <w:r w:rsidRPr="00B55FFF">
        <w:rPr>
          <w:b/>
          <w:lang w:val="fr-BE"/>
        </w:rPr>
        <w:t>Les faits se sont-ils produits à plusieurs reprises ?</w:t>
      </w:r>
    </w:p>
    <w:p w14:paraId="3AEE364C"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 xml:space="preserve">Oui        </w:t>
      </w:r>
      <w:r w:rsidRPr="00B55FFF">
        <w:rPr>
          <w:rFonts w:ascii="Segoe UI Symbol" w:hAnsi="Segoe UI Symbol"/>
          <w:lang w:val="fr-BE"/>
        </w:rPr>
        <w:t>☐</w:t>
      </w:r>
      <w:r w:rsidRPr="00B55FFF">
        <w:rPr>
          <w:rFonts w:ascii="Segoe UI Symbol" w:hAnsi="Segoe UI Symbol"/>
          <w:lang w:val="fr-BE"/>
        </w:rPr>
        <w:t xml:space="preserve"> </w:t>
      </w:r>
      <w:r w:rsidRPr="00B55FFF">
        <w:rPr>
          <w:lang w:val="fr-BE"/>
        </w:rPr>
        <w:t xml:space="preserve">Non        </w:t>
      </w:r>
      <w:r w:rsidRPr="00B55FFF">
        <w:rPr>
          <w:rFonts w:ascii="Segoe UI Symbol" w:hAnsi="Segoe UI Symbol"/>
          <w:lang w:val="fr-BE"/>
        </w:rPr>
        <w:t>☐</w:t>
      </w:r>
      <w:r w:rsidRPr="00B55FFF">
        <w:rPr>
          <w:rFonts w:ascii="Segoe UI Symbol" w:hAnsi="Segoe UI Symbol"/>
          <w:lang w:val="fr-BE"/>
        </w:rPr>
        <w:t xml:space="preserve"> </w:t>
      </w:r>
      <w:r w:rsidRPr="00B55FFF">
        <w:rPr>
          <w:lang w:val="fr-BE"/>
        </w:rPr>
        <w:t>Je ne sais pas</w:t>
      </w:r>
    </w:p>
    <w:p w14:paraId="5FA5CCE9" w14:textId="77777777" w:rsidR="00AD6D15" w:rsidRPr="00B55FFF" w:rsidRDefault="00A875E7">
      <w:pPr>
        <w:spacing w:before="40" w:after="0"/>
        <w:rPr>
          <w:lang w:val="fr-BE"/>
        </w:rPr>
      </w:pPr>
      <w:r w:rsidRPr="00B55FFF">
        <w:rPr>
          <w:b/>
          <w:lang w:val="fr-BE"/>
        </w:rPr>
        <w:t>Si oui, veuillez préciser la fréquence ou les dates approximatives :</w:t>
      </w:r>
    </w:p>
    <w:p w14:paraId="76B2F589" w14:textId="77777777" w:rsidR="00AD6D15" w:rsidRPr="00B55FFF" w:rsidRDefault="00A875E7">
      <w:pPr>
        <w:spacing w:after="0" w:line="240" w:lineRule="auto"/>
        <w:rPr>
          <w:lang w:val="fr-BE"/>
        </w:rPr>
      </w:pPr>
      <w:r w:rsidRPr="00B55FFF">
        <w:rPr>
          <w:lang w:val="fr-BE"/>
        </w:rPr>
        <w:t>.................................................................................................................................................</w:t>
      </w:r>
    </w:p>
    <w:p w14:paraId="4A828261" w14:textId="77777777" w:rsidR="00AD6D15" w:rsidRPr="00B55FFF" w:rsidRDefault="00A875E7">
      <w:pPr>
        <w:spacing w:after="0" w:line="240" w:lineRule="auto"/>
        <w:rPr>
          <w:lang w:val="fr-BE"/>
        </w:rPr>
      </w:pPr>
      <w:r w:rsidRPr="00B55FFF">
        <w:rPr>
          <w:lang w:val="fr-BE"/>
        </w:rPr>
        <w:t>.................................................................................................................................................</w:t>
      </w:r>
    </w:p>
    <w:p w14:paraId="0BD09597" w14:textId="77777777" w:rsidR="00AD6D15" w:rsidRPr="00B55FFF" w:rsidRDefault="00A875E7">
      <w:pPr>
        <w:spacing w:after="0" w:line="240" w:lineRule="auto"/>
        <w:rPr>
          <w:lang w:val="fr-BE"/>
        </w:rPr>
      </w:pPr>
      <w:r w:rsidRPr="00B55FFF">
        <w:rPr>
          <w:lang w:val="fr-BE"/>
        </w:rPr>
        <w:t>.................................................................................................................................................</w:t>
      </w:r>
    </w:p>
    <w:p w14:paraId="5C0766DE" w14:textId="77777777" w:rsidR="00AD6D15" w:rsidRPr="00B55FFF" w:rsidRDefault="00A875E7">
      <w:pPr>
        <w:pStyle w:val="Titre1"/>
        <w:spacing w:before="180" w:after="60"/>
        <w:rPr>
          <w:lang w:val="fr-BE"/>
        </w:rPr>
      </w:pPr>
      <w:r w:rsidRPr="00B55FFF">
        <w:rPr>
          <w:rFonts w:ascii="Arial" w:hAnsi="Arial"/>
          <w:sz w:val="20"/>
          <w:lang w:val="fr-BE"/>
        </w:rPr>
        <w:t>6. Personne(s) mise(s) en cause</w:t>
      </w:r>
    </w:p>
    <w:p w14:paraId="23024883" w14:textId="77777777" w:rsidR="00AD6D15" w:rsidRPr="00B55FFF" w:rsidRDefault="00A875E7">
      <w:pPr>
        <w:spacing w:after="20"/>
      </w:pPr>
      <w:r w:rsidRPr="12F99102">
        <w:rPr>
          <w:lang w:val="fr-BE"/>
        </w:rPr>
        <w:t>Nom et prénom, si connu : ....................................................................................................</w:t>
      </w:r>
    </w:p>
    <w:p w14:paraId="39A2EAD1" w14:textId="5020757B" w:rsidR="12F99102" w:rsidRDefault="12F99102" w:rsidP="12F99102">
      <w:pPr>
        <w:spacing w:after="20"/>
        <w:rPr>
          <w:lang w:val="fr-BE"/>
        </w:rPr>
      </w:pPr>
    </w:p>
    <w:p w14:paraId="2A837721" w14:textId="6378EA9A" w:rsidR="00AD6D15" w:rsidRPr="00B55FFF" w:rsidRDefault="00A875E7">
      <w:pPr>
        <w:spacing w:after="20"/>
        <w:rPr>
          <w:lang w:val="fr-BE"/>
        </w:rPr>
      </w:pPr>
      <w:r w:rsidRPr="12F99102">
        <w:rPr>
          <w:lang w:val="fr-BE"/>
        </w:rPr>
        <w:t>Fonction ou lien avec la Haute École, si connu : ...............................................................................</w:t>
      </w:r>
    </w:p>
    <w:p w14:paraId="5721565E" w14:textId="4269D704" w:rsidR="12F99102" w:rsidRDefault="12F99102" w:rsidP="12F99102">
      <w:pPr>
        <w:spacing w:before="40" w:after="0"/>
        <w:rPr>
          <w:b/>
          <w:bCs/>
          <w:lang w:val="fr-BE"/>
        </w:rPr>
      </w:pPr>
    </w:p>
    <w:p w14:paraId="107DEDE1" w14:textId="77777777" w:rsidR="00AD6D15" w:rsidRPr="00B55FFF" w:rsidRDefault="00A875E7">
      <w:pPr>
        <w:spacing w:before="40" w:after="0"/>
        <w:rPr>
          <w:lang w:val="fr-BE"/>
        </w:rPr>
      </w:pPr>
      <w:r w:rsidRPr="00B55FFF">
        <w:rPr>
          <w:b/>
          <w:lang w:val="fr-BE"/>
        </w:rPr>
        <w:t>Autres informations utiles :</w:t>
      </w:r>
    </w:p>
    <w:p w14:paraId="4A1B8FC1" w14:textId="77777777" w:rsidR="00AD6D15" w:rsidRPr="00B55FFF" w:rsidRDefault="00A875E7">
      <w:pPr>
        <w:spacing w:after="0" w:line="240" w:lineRule="auto"/>
        <w:rPr>
          <w:lang w:val="fr-BE"/>
        </w:rPr>
      </w:pPr>
      <w:r w:rsidRPr="00B55FFF">
        <w:rPr>
          <w:lang w:val="fr-BE"/>
        </w:rPr>
        <w:t>.................................................................................................................................................</w:t>
      </w:r>
    </w:p>
    <w:p w14:paraId="1E66AFBD" w14:textId="77777777" w:rsidR="00AD6D15" w:rsidRPr="00B55FFF" w:rsidRDefault="00A875E7">
      <w:pPr>
        <w:spacing w:after="0" w:line="240" w:lineRule="auto"/>
        <w:rPr>
          <w:lang w:val="fr-BE"/>
        </w:rPr>
      </w:pPr>
      <w:r w:rsidRPr="00B55FFF">
        <w:rPr>
          <w:lang w:val="fr-BE"/>
        </w:rPr>
        <w:t>.................................................................................................................................................</w:t>
      </w:r>
    </w:p>
    <w:p w14:paraId="6470AA38" w14:textId="77777777" w:rsidR="00AD6D15" w:rsidRPr="00B55FFF" w:rsidRDefault="00A875E7">
      <w:pPr>
        <w:spacing w:after="0" w:line="240" w:lineRule="auto"/>
        <w:rPr>
          <w:lang w:val="fr-BE"/>
        </w:rPr>
      </w:pPr>
      <w:r w:rsidRPr="00B55FFF">
        <w:rPr>
          <w:lang w:val="fr-BE"/>
        </w:rPr>
        <w:t>.................................................................................................................................................</w:t>
      </w:r>
    </w:p>
    <w:p w14:paraId="513F07E6" w14:textId="77777777" w:rsidR="00AD6D15" w:rsidRPr="00B55FFF" w:rsidRDefault="00A875E7">
      <w:pPr>
        <w:pStyle w:val="Titre1"/>
        <w:spacing w:before="180" w:after="60"/>
        <w:rPr>
          <w:lang w:val="fr-BE"/>
        </w:rPr>
      </w:pPr>
      <w:r w:rsidRPr="00B55FFF">
        <w:rPr>
          <w:rFonts w:ascii="Arial" w:hAnsi="Arial"/>
          <w:sz w:val="20"/>
          <w:lang w:val="fr-BE"/>
        </w:rPr>
        <w:t>7. Témoins éventuels</w:t>
      </w:r>
    </w:p>
    <w:p w14:paraId="7A1EEF6C" w14:textId="77777777" w:rsidR="00AD6D15" w:rsidRPr="00B55FFF" w:rsidRDefault="00A875E7">
      <w:pPr>
        <w:spacing w:before="60" w:after="20"/>
        <w:rPr>
          <w:lang w:val="fr-BE"/>
        </w:rPr>
      </w:pPr>
      <w:r w:rsidRPr="00B55FFF">
        <w:rPr>
          <w:b/>
          <w:lang w:val="fr-BE"/>
        </w:rPr>
        <w:t>Y a-t-il des témoins des faits signalés ?</w:t>
      </w:r>
    </w:p>
    <w:p w14:paraId="0FD3FF85"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 xml:space="preserve">Oui        </w:t>
      </w:r>
      <w:r w:rsidRPr="00B55FFF">
        <w:rPr>
          <w:rFonts w:ascii="Segoe UI Symbol" w:hAnsi="Segoe UI Symbol"/>
          <w:lang w:val="fr-BE"/>
        </w:rPr>
        <w:t>☐</w:t>
      </w:r>
      <w:r w:rsidRPr="00B55FFF">
        <w:rPr>
          <w:rFonts w:ascii="Segoe UI Symbol" w:hAnsi="Segoe UI Symbol"/>
          <w:lang w:val="fr-BE"/>
        </w:rPr>
        <w:t xml:space="preserve"> </w:t>
      </w:r>
      <w:r w:rsidRPr="00B55FFF">
        <w:rPr>
          <w:lang w:val="fr-BE"/>
        </w:rPr>
        <w:t xml:space="preserve">Non        </w:t>
      </w:r>
      <w:r w:rsidRPr="00B55FFF">
        <w:rPr>
          <w:rFonts w:ascii="Segoe UI Symbol" w:hAnsi="Segoe UI Symbol"/>
          <w:lang w:val="fr-BE"/>
        </w:rPr>
        <w:t>☐</w:t>
      </w:r>
      <w:r w:rsidRPr="00B55FFF">
        <w:rPr>
          <w:rFonts w:ascii="Segoe UI Symbol" w:hAnsi="Segoe UI Symbol"/>
          <w:lang w:val="fr-BE"/>
        </w:rPr>
        <w:t xml:space="preserve"> </w:t>
      </w:r>
      <w:r w:rsidRPr="00B55FFF">
        <w:rPr>
          <w:lang w:val="fr-BE"/>
        </w:rPr>
        <w:t>Je ne sais pas</w:t>
      </w:r>
    </w:p>
    <w:p w14:paraId="52FE3967" w14:textId="77777777" w:rsidR="00AD6D15" w:rsidRPr="00B55FFF" w:rsidRDefault="00A875E7">
      <w:pPr>
        <w:spacing w:before="40" w:after="0"/>
        <w:rPr>
          <w:lang w:val="fr-BE"/>
        </w:rPr>
      </w:pPr>
      <w:r w:rsidRPr="00B55FFF">
        <w:rPr>
          <w:b/>
          <w:lang w:val="fr-BE"/>
        </w:rPr>
        <w:t>Si oui, veuillez indiquer leurs noms ou toute information permettant de les identifier :</w:t>
      </w:r>
    </w:p>
    <w:p w14:paraId="7DED0512" w14:textId="77777777" w:rsidR="00AD6D15" w:rsidRPr="00B55FFF" w:rsidRDefault="00A875E7">
      <w:pPr>
        <w:spacing w:after="0" w:line="240" w:lineRule="auto"/>
        <w:rPr>
          <w:lang w:val="fr-BE"/>
        </w:rPr>
      </w:pPr>
      <w:r w:rsidRPr="00B55FFF">
        <w:rPr>
          <w:lang w:val="fr-BE"/>
        </w:rPr>
        <w:t>.................................................................................................................................................</w:t>
      </w:r>
    </w:p>
    <w:p w14:paraId="08E88FE2" w14:textId="77777777" w:rsidR="00AD6D15" w:rsidRPr="00B55FFF" w:rsidRDefault="00A875E7">
      <w:pPr>
        <w:spacing w:after="0" w:line="240" w:lineRule="auto"/>
        <w:rPr>
          <w:lang w:val="fr-BE"/>
        </w:rPr>
      </w:pPr>
      <w:r w:rsidRPr="00B55FFF">
        <w:rPr>
          <w:lang w:val="fr-BE"/>
        </w:rPr>
        <w:t>.................................................................................................................................................</w:t>
      </w:r>
    </w:p>
    <w:p w14:paraId="5CE48CD1" w14:textId="77777777" w:rsidR="00AD6D15" w:rsidRPr="00B55FFF" w:rsidRDefault="00A875E7">
      <w:pPr>
        <w:spacing w:after="0" w:line="240" w:lineRule="auto"/>
        <w:rPr>
          <w:lang w:val="fr-BE"/>
        </w:rPr>
      </w:pPr>
      <w:r w:rsidRPr="00B55FFF">
        <w:rPr>
          <w:lang w:val="fr-BE"/>
        </w:rPr>
        <w:t>.................................................................................................................................................</w:t>
      </w:r>
    </w:p>
    <w:p w14:paraId="46FB2536" w14:textId="77777777" w:rsidR="00AD6D15" w:rsidRPr="00B55FFF" w:rsidRDefault="00A875E7">
      <w:pPr>
        <w:pStyle w:val="Titre1"/>
        <w:spacing w:before="180" w:after="60"/>
        <w:rPr>
          <w:lang w:val="fr-BE"/>
        </w:rPr>
      </w:pPr>
      <w:r w:rsidRPr="00B55FFF">
        <w:rPr>
          <w:rFonts w:ascii="Arial" w:hAnsi="Arial"/>
          <w:sz w:val="20"/>
          <w:lang w:val="fr-BE"/>
        </w:rPr>
        <w:t>8. Éléments ou documents disponibles</w:t>
      </w:r>
    </w:p>
    <w:p w14:paraId="2BCF690D" w14:textId="77777777" w:rsidR="00AD6D15" w:rsidRPr="00B55FFF" w:rsidRDefault="00A875E7">
      <w:pPr>
        <w:spacing w:before="60" w:after="20"/>
        <w:rPr>
          <w:lang w:val="fr-BE"/>
        </w:rPr>
      </w:pPr>
      <w:r w:rsidRPr="00B55FFF">
        <w:rPr>
          <w:b/>
          <w:lang w:val="fr-BE"/>
        </w:rPr>
        <w:t>Disposez-vous d’éléments permettant d’appuyer le signalement ?</w:t>
      </w:r>
    </w:p>
    <w:p w14:paraId="4EFDE8CB"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proofErr w:type="gramStart"/>
      <w:r w:rsidRPr="00B55FFF">
        <w:rPr>
          <w:lang w:val="fr-BE"/>
        </w:rPr>
        <w:t>E-mails</w:t>
      </w:r>
      <w:proofErr w:type="gramEnd"/>
    </w:p>
    <w:p w14:paraId="7DD8A21D"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Messages</w:t>
      </w:r>
    </w:p>
    <w:p w14:paraId="7AD021BA"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Captures d’écran</w:t>
      </w:r>
    </w:p>
    <w:p w14:paraId="1DAACBB1"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Documents</w:t>
      </w:r>
    </w:p>
    <w:p w14:paraId="3C55072A"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Témoignages</w:t>
      </w:r>
    </w:p>
    <w:p w14:paraId="2500A323"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Autre : ........................................................</w:t>
      </w:r>
    </w:p>
    <w:p w14:paraId="247F3721"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Aucun élément disponible à ce stade</w:t>
      </w:r>
    </w:p>
    <w:p w14:paraId="3F72B66B" w14:textId="77777777" w:rsidR="00AD6D15" w:rsidRPr="00B55FFF" w:rsidRDefault="00A875E7">
      <w:pPr>
        <w:spacing w:before="40" w:after="0"/>
        <w:rPr>
          <w:lang w:val="fr-BE"/>
        </w:rPr>
      </w:pPr>
      <w:r w:rsidRPr="00B55FFF">
        <w:rPr>
          <w:b/>
          <w:lang w:val="fr-BE"/>
        </w:rPr>
        <w:t>Commentaires éventuels :</w:t>
      </w:r>
    </w:p>
    <w:p w14:paraId="2ECD0103" w14:textId="77777777" w:rsidR="00AD6D15" w:rsidRPr="00B55FFF" w:rsidRDefault="00A875E7">
      <w:pPr>
        <w:spacing w:after="0" w:line="240" w:lineRule="auto"/>
        <w:rPr>
          <w:lang w:val="fr-BE"/>
        </w:rPr>
      </w:pPr>
      <w:r w:rsidRPr="00B55FFF">
        <w:rPr>
          <w:lang w:val="fr-BE"/>
        </w:rPr>
        <w:t>.................................................................................................................................................</w:t>
      </w:r>
    </w:p>
    <w:p w14:paraId="09AC9746" w14:textId="77777777" w:rsidR="00AD6D15" w:rsidRPr="00B55FFF" w:rsidRDefault="00A875E7">
      <w:pPr>
        <w:spacing w:after="0" w:line="240" w:lineRule="auto"/>
        <w:rPr>
          <w:lang w:val="fr-BE"/>
        </w:rPr>
      </w:pPr>
      <w:r w:rsidRPr="00B55FFF">
        <w:rPr>
          <w:lang w:val="fr-BE"/>
        </w:rPr>
        <w:t>.................................................................................................................................................</w:t>
      </w:r>
    </w:p>
    <w:p w14:paraId="3D342156" w14:textId="77777777" w:rsidR="00AD6D15" w:rsidRPr="00B55FFF" w:rsidRDefault="00A875E7">
      <w:pPr>
        <w:spacing w:after="0" w:line="240" w:lineRule="auto"/>
        <w:rPr>
          <w:lang w:val="fr-BE"/>
        </w:rPr>
      </w:pPr>
      <w:r w:rsidRPr="00B55FFF">
        <w:rPr>
          <w:lang w:val="fr-BE"/>
        </w:rPr>
        <w:t>.................................................................................................................................................</w:t>
      </w:r>
    </w:p>
    <w:p w14:paraId="13EFAFF8" w14:textId="77777777" w:rsidR="00AD6D15" w:rsidRPr="00B55FFF" w:rsidRDefault="00A875E7">
      <w:pPr>
        <w:pStyle w:val="Titre1"/>
        <w:spacing w:before="180" w:after="60"/>
        <w:rPr>
          <w:lang w:val="fr-BE"/>
        </w:rPr>
      </w:pPr>
      <w:r w:rsidRPr="00B55FFF">
        <w:rPr>
          <w:rFonts w:ascii="Arial" w:hAnsi="Arial"/>
          <w:sz w:val="20"/>
          <w:lang w:val="fr-BE"/>
        </w:rPr>
        <w:t>9. Conséquences des faits signalés</w:t>
      </w:r>
    </w:p>
    <w:p w14:paraId="6D3E7AC2" w14:textId="77777777" w:rsidR="00AD6D15" w:rsidRPr="00B55FFF" w:rsidRDefault="00A875E7">
      <w:pPr>
        <w:spacing w:before="60" w:after="20"/>
        <w:rPr>
          <w:lang w:val="fr-BE"/>
        </w:rPr>
      </w:pPr>
      <w:r w:rsidRPr="00B55FFF">
        <w:rPr>
          <w:b/>
          <w:lang w:val="fr-BE"/>
        </w:rPr>
        <w:t xml:space="preserve">Les faits signalés ont-ils </w:t>
      </w:r>
      <w:proofErr w:type="gramStart"/>
      <w:r w:rsidRPr="00B55FFF">
        <w:rPr>
          <w:b/>
          <w:lang w:val="fr-BE"/>
        </w:rPr>
        <w:t>eu</w:t>
      </w:r>
      <w:proofErr w:type="gramEnd"/>
      <w:r w:rsidRPr="00B55FFF">
        <w:rPr>
          <w:b/>
          <w:lang w:val="fr-BE"/>
        </w:rPr>
        <w:t xml:space="preserve"> des conséquences sur la personne concernée ?</w:t>
      </w:r>
    </w:p>
    <w:p w14:paraId="10F85120"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 xml:space="preserve">Oui        </w:t>
      </w:r>
      <w:r w:rsidRPr="00B55FFF">
        <w:rPr>
          <w:rFonts w:ascii="Segoe UI Symbol" w:hAnsi="Segoe UI Symbol"/>
          <w:lang w:val="fr-BE"/>
        </w:rPr>
        <w:t>☐</w:t>
      </w:r>
      <w:r w:rsidRPr="00B55FFF">
        <w:rPr>
          <w:rFonts w:ascii="Segoe UI Symbol" w:hAnsi="Segoe UI Symbol"/>
          <w:lang w:val="fr-BE"/>
        </w:rPr>
        <w:t xml:space="preserve"> </w:t>
      </w:r>
      <w:r w:rsidRPr="00B55FFF">
        <w:rPr>
          <w:lang w:val="fr-BE"/>
        </w:rPr>
        <w:t xml:space="preserve">Non        </w:t>
      </w:r>
      <w:r w:rsidRPr="00B55FFF">
        <w:rPr>
          <w:rFonts w:ascii="Segoe UI Symbol" w:hAnsi="Segoe UI Symbol"/>
          <w:lang w:val="fr-BE"/>
        </w:rPr>
        <w:t>☐</w:t>
      </w:r>
      <w:r w:rsidRPr="00B55FFF">
        <w:rPr>
          <w:rFonts w:ascii="Segoe UI Symbol" w:hAnsi="Segoe UI Symbol"/>
          <w:lang w:val="fr-BE"/>
        </w:rPr>
        <w:t xml:space="preserve"> </w:t>
      </w:r>
      <w:r w:rsidRPr="00B55FFF">
        <w:rPr>
          <w:lang w:val="fr-BE"/>
        </w:rPr>
        <w:t>Je ne sais pas</w:t>
      </w:r>
    </w:p>
    <w:p w14:paraId="214CFACA" w14:textId="77777777" w:rsidR="00AD6D15" w:rsidRPr="00B55FFF" w:rsidRDefault="00A875E7">
      <w:pPr>
        <w:spacing w:before="40" w:after="0"/>
        <w:rPr>
          <w:lang w:val="fr-BE"/>
        </w:rPr>
      </w:pPr>
      <w:r w:rsidRPr="00B55FFF">
        <w:rPr>
          <w:b/>
          <w:lang w:val="fr-BE"/>
        </w:rPr>
        <w:t>Si oui, veuillez préciser :</w:t>
      </w:r>
    </w:p>
    <w:p w14:paraId="213DD9C6" w14:textId="77777777" w:rsidR="00AD6D15" w:rsidRPr="00B55FFF" w:rsidRDefault="00A875E7">
      <w:pPr>
        <w:spacing w:after="0" w:line="240" w:lineRule="auto"/>
        <w:rPr>
          <w:lang w:val="fr-BE"/>
        </w:rPr>
      </w:pPr>
      <w:r w:rsidRPr="00B55FFF">
        <w:rPr>
          <w:lang w:val="fr-BE"/>
        </w:rPr>
        <w:t>.................................................................................................................................................</w:t>
      </w:r>
    </w:p>
    <w:p w14:paraId="5CD831DB" w14:textId="77777777" w:rsidR="00AD6D15" w:rsidRPr="00B55FFF" w:rsidRDefault="00A875E7">
      <w:pPr>
        <w:spacing w:after="0" w:line="240" w:lineRule="auto"/>
        <w:rPr>
          <w:lang w:val="fr-BE"/>
        </w:rPr>
      </w:pPr>
      <w:r w:rsidRPr="00B55FFF">
        <w:rPr>
          <w:lang w:val="fr-BE"/>
        </w:rPr>
        <w:t>.................................................................................................................................................</w:t>
      </w:r>
    </w:p>
    <w:p w14:paraId="6CFD8FD9" w14:textId="77777777" w:rsidR="00AD6D15" w:rsidRPr="00B55FFF" w:rsidRDefault="00A875E7">
      <w:pPr>
        <w:spacing w:after="0" w:line="240" w:lineRule="auto"/>
        <w:rPr>
          <w:lang w:val="fr-BE"/>
        </w:rPr>
      </w:pPr>
      <w:r w:rsidRPr="00B55FFF">
        <w:rPr>
          <w:lang w:val="fr-BE"/>
        </w:rPr>
        <w:t>.................................................................................................................................................</w:t>
      </w:r>
    </w:p>
    <w:p w14:paraId="6C301987" w14:textId="35F4FE76" w:rsidR="12F99102" w:rsidRDefault="00A875E7" w:rsidP="12F99102">
      <w:pPr>
        <w:spacing w:after="0" w:line="240" w:lineRule="auto"/>
      </w:pPr>
      <w:r w:rsidRPr="12F99102">
        <w:rPr>
          <w:lang w:val="fr-BE"/>
        </w:rPr>
        <w:t>.................................................................................................................................................</w:t>
      </w:r>
    </w:p>
    <w:p w14:paraId="38F54E18" w14:textId="66D60082" w:rsidR="006C13C3" w:rsidRPr="006C13C3" w:rsidRDefault="006C13C3" w:rsidP="12F99102">
      <w:pPr>
        <w:spacing w:after="0" w:line="240" w:lineRule="auto"/>
      </w:pPr>
      <w:r>
        <w:rPr>
          <w:noProof/>
        </w:rPr>
        <w:lastRenderedPageBreak/>
        <w:drawing>
          <wp:anchor distT="0" distB="0" distL="114300" distR="114300" simplePos="0" relativeHeight="251660288" behindDoc="1" locked="0" layoutInCell="1" allowOverlap="1" wp14:anchorId="3ADE5823" wp14:editId="4795E84B">
            <wp:simplePos x="0" y="0"/>
            <wp:positionH relativeFrom="column">
              <wp:posOffset>-628650</wp:posOffset>
            </wp:positionH>
            <wp:positionV relativeFrom="paragraph">
              <wp:posOffset>-574675</wp:posOffset>
            </wp:positionV>
            <wp:extent cx="2051155" cy="1651085"/>
            <wp:effectExtent l="0" t="0" r="6350" b="6350"/>
            <wp:wrapNone/>
            <wp:docPr id="86043774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37742" name="Image 860437742"/>
                    <pic:cNvPicPr/>
                  </pic:nvPicPr>
                  <pic:blipFill>
                    <a:blip r:embed="rId8"/>
                    <a:stretch>
                      <a:fillRect/>
                    </a:stretch>
                  </pic:blipFill>
                  <pic:spPr>
                    <a:xfrm>
                      <a:off x="0" y="0"/>
                      <a:ext cx="2051155" cy="1651085"/>
                    </a:xfrm>
                    <a:prstGeom prst="rect">
                      <a:avLst/>
                    </a:prstGeom>
                  </pic:spPr>
                </pic:pic>
              </a:graphicData>
            </a:graphic>
          </wp:anchor>
        </w:drawing>
      </w:r>
    </w:p>
    <w:p w14:paraId="61E607F2" w14:textId="77777777" w:rsidR="00D86031" w:rsidRDefault="00D86031">
      <w:pPr>
        <w:pStyle w:val="Titre1"/>
        <w:spacing w:before="180" w:after="60"/>
        <w:rPr>
          <w:rFonts w:ascii="Arial" w:hAnsi="Arial"/>
          <w:sz w:val="20"/>
          <w:lang w:val="fr-BE"/>
        </w:rPr>
      </w:pPr>
    </w:p>
    <w:p w14:paraId="7DEDEF67" w14:textId="77777777" w:rsidR="006C13C3" w:rsidRDefault="006C13C3">
      <w:pPr>
        <w:pStyle w:val="Titre1"/>
        <w:spacing w:before="180" w:after="60"/>
        <w:rPr>
          <w:rFonts w:ascii="Arial" w:hAnsi="Arial"/>
          <w:sz w:val="20"/>
          <w:lang w:val="fr-BE"/>
        </w:rPr>
      </w:pPr>
    </w:p>
    <w:p w14:paraId="30ECDAD0" w14:textId="5CFD568B" w:rsidR="00AD6D15" w:rsidRPr="00B55FFF" w:rsidRDefault="00A875E7">
      <w:pPr>
        <w:pStyle w:val="Titre1"/>
        <w:spacing w:before="180" w:after="60"/>
        <w:rPr>
          <w:lang w:val="fr-BE"/>
        </w:rPr>
      </w:pPr>
      <w:r w:rsidRPr="00B55FFF">
        <w:rPr>
          <w:rFonts w:ascii="Arial" w:hAnsi="Arial"/>
          <w:sz w:val="20"/>
          <w:lang w:val="fr-BE"/>
        </w:rPr>
        <w:t>10. Situation d’urgence ou risque immédiat</w:t>
      </w:r>
    </w:p>
    <w:p w14:paraId="099334EF" w14:textId="699A01CD" w:rsidR="00AD6D15" w:rsidRPr="00B55FFF" w:rsidRDefault="00A875E7">
      <w:pPr>
        <w:spacing w:before="60" w:after="20"/>
        <w:rPr>
          <w:lang w:val="fr-BE"/>
        </w:rPr>
      </w:pPr>
      <w:r w:rsidRPr="00B55FFF">
        <w:rPr>
          <w:b/>
          <w:lang w:val="fr-BE"/>
        </w:rPr>
        <w:t>Estimez-vous qu’il existe un risque immédiat pour la sécurité, la santé ou le bon déroulement du parcours académique ou professionnel de la personne concernée ?</w:t>
      </w:r>
    </w:p>
    <w:p w14:paraId="6F62605B"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 xml:space="preserve">Oui        </w:t>
      </w:r>
      <w:r w:rsidRPr="00B55FFF">
        <w:rPr>
          <w:rFonts w:ascii="Segoe UI Symbol" w:hAnsi="Segoe UI Symbol"/>
          <w:lang w:val="fr-BE"/>
        </w:rPr>
        <w:t>☐</w:t>
      </w:r>
      <w:r w:rsidRPr="00B55FFF">
        <w:rPr>
          <w:rFonts w:ascii="Segoe UI Symbol" w:hAnsi="Segoe UI Symbol"/>
          <w:lang w:val="fr-BE"/>
        </w:rPr>
        <w:t xml:space="preserve"> </w:t>
      </w:r>
      <w:r w:rsidRPr="00B55FFF">
        <w:rPr>
          <w:lang w:val="fr-BE"/>
        </w:rPr>
        <w:t xml:space="preserve">Non        </w:t>
      </w:r>
      <w:r w:rsidRPr="00B55FFF">
        <w:rPr>
          <w:rFonts w:ascii="Segoe UI Symbol" w:hAnsi="Segoe UI Symbol"/>
          <w:lang w:val="fr-BE"/>
        </w:rPr>
        <w:t>☐</w:t>
      </w:r>
      <w:r w:rsidRPr="00B55FFF">
        <w:rPr>
          <w:rFonts w:ascii="Segoe UI Symbol" w:hAnsi="Segoe UI Symbol"/>
          <w:lang w:val="fr-BE"/>
        </w:rPr>
        <w:t xml:space="preserve"> </w:t>
      </w:r>
      <w:r w:rsidRPr="00B55FFF">
        <w:rPr>
          <w:lang w:val="fr-BE"/>
        </w:rPr>
        <w:t>Je ne sais pas</w:t>
      </w:r>
    </w:p>
    <w:p w14:paraId="2C17715B" w14:textId="0CE93AFA" w:rsidR="00AD6D15" w:rsidRPr="00B55FFF" w:rsidRDefault="00A875E7">
      <w:pPr>
        <w:spacing w:before="40" w:after="0"/>
        <w:rPr>
          <w:lang w:val="fr-BE"/>
        </w:rPr>
      </w:pPr>
      <w:r w:rsidRPr="00B55FFF">
        <w:rPr>
          <w:b/>
          <w:lang w:val="fr-BE"/>
        </w:rPr>
        <w:t>Si oui, veuillez préciser :</w:t>
      </w:r>
    </w:p>
    <w:p w14:paraId="1A6471EC" w14:textId="215185D1" w:rsidR="00AD6D15" w:rsidRPr="00B55FFF" w:rsidRDefault="00A875E7">
      <w:pPr>
        <w:spacing w:after="0" w:line="240" w:lineRule="auto"/>
        <w:rPr>
          <w:lang w:val="fr-BE"/>
        </w:rPr>
      </w:pPr>
      <w:r w:rsidRPr="00B55FFF">
        <w:rPr>
          <w:lang w:val="fr-BE"/>
        </w:rPr>
        <w:t>.................................................................................................................................................</w:t>
      </w:r>
    </w:p>
    <w:p w14:paraId="1A73379D" w14:textId="17E6033A" w:rsidR="00AD6D15" w:rsidRPr="00B55FFF" w:rsidRDefault="00A875E7">
      <w:pPr>
        <w:spacing w:after="0" w:line="240" w:lineRule="auto"/>
        <w:rPr>
          <w:lang w:val="fr-BE"/>
        </w:rPr>
      </w:pPr>
      <w:r w:rsidRPr="00B55FFF">
        <w:rPr>
          <w:lang w:val="fr-BE"/>
        </w:rPr>
        <w:t>.................................................................................................................................................</w:t>
      </w:r>
    </w:p>
    <w:p w14:paraId="51294372" w14:textId="0EFDC98C" w:rsidR="00AD6D15" w:rsidRPr="00B55FFF" w:rsidRDefault="00212855">
      <w:pPr>
        <w:spacing w:after="0" w:line="240" w:lineRule="auto"/>
        <w:rPr>
          <w:lang w:val="fr-BE"/>
        </w:rPr>
      </w:pPr>
      <w:r>
        <w:rPr>
          <w:noProof/>
          <w:lang w:val="fr-BE"/>
        </w:rPr>
        <w:t xml:space="preserve"> </w:t>
      </w:r>
      <w:r w:rsidRPr="00B55FFF">
        <w:rPr>
          <w:lang w:val="fr-BE"/>
        </w:rPr>
        <w:t>.................................................................................................................................................</w:t>
      </w:r>
    </w:p>
    <w:p w14:paraId="370D5C35" w14:textId="3770267E" w:rsidR="00AD6D15" w:rsidRPr="00B55FFF" w:rsidRDefault="00A875E7">
      <w:pPr>
        <w:spacing w:after="0" w:line="240" w:lineRule="auto"/>
        <w:rPr>
          <w:lang w:val="fr-BE"/>
        </w:rPr>
      </w:pPr>
      <w:r w:rsidRPr="00B55FFF">
        <w:rPr>
          <w:lang w:val="fr-BE"/>
        </w:rPr>
        <w:t>.................................................................................................................................................</w:t>
      </w:r>
    </w:p>
    <w:p w14:paraId="16973765" w14:textId="65072946" w:rsidR="00AD6D15" w:rsidRPr="00B55FFF" w:rsidRDefault="00A875E7">
      <w:pPr>
        <w:pStyle w:val="Titre1"/>
        <w:spacing w:before="180" w:after="60"/>
        <w:rPr>
          <w:lang w:val="fr-BE"/>
        </w:rPr>
      </w:pPr>
      <w:r w:rsidRPr="00B55FFF">
        <w:rPr>
          <w:rFonts w:ascii="Arial" w:hAnsi="Arial"/>
          <w:sz w:val="20"/>
          <w:lang w:val="fr-BE"/>
        </w:rPr>
        <w:t>11. Demande ou attente particulière</w:t>
      </w:r>
    </w:p>
    <w:p w14:paraId="4234E4E0" w14:textId="386DFAE7" w:rsidR="00AD6D15" w:rsidRPr="00B55FFF" w:rsidRDefault="00A875E7">
      <w:pPr>
        <w:spacing w:before="60" w:after="20"/>
        <w:rPr>
          <w:lang w:val="fr-BE"/>
        </w:rPr>
      </w:pPr>
      <w:r w:rsidRPr="00B55FFF">
        <w:rPr>
          <w:b/>
          <w:lang w:val="fr-BE"/>
        </w:rPr>
        <w:t>Souhaitez-vous qu’une mesure particulière soit envisagée ?</w:t>
      </w:r>
    </w:p>
    <w:p w14:paraId="023D2E49" w14:textId="18F3149F"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Être recontacté(e) par le PCH</w:t>
      </w:r>
    </w:p>
    <w:p w14:paraId="00254FE2" w14:textId="2BD0E8B9"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Obtenir une orientation vers un service d’aide ou d’accompagnement</w:t>
      </w:r>
    </w:p>
    <w:p w14:paraId="32764EC5" w14:textId="05CBA508"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Demander un aménagement pédagogique ou d’évaluation</w:t>
      </w:r>
    </w:p>
    <w:p w14:paraId="7FB8B8D8" w14:textId="1D485C8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Demander une mesure de protection ou d’accompagnement</w:t>
      </w:r>
    </w:p>
    <w:p w14:paraId="6C982BE1" w14:textId="4E0D7C3D"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Demander l’examen de la situation par la Haute École</w:t>
      </w:r>
    </w:p>
    <w:p w14:paraId="24D848DB" w14:textId="34F8B4CD"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Autre demande : ................................................................................................................</w:t>
      </w:r>
    </w:p>
    <w:p w14:paraId="186FC59D" w14:textId="77777777" w:rsidR="00AD6D15" w:rsidRPr="00B55FFF" w:rsidRDefault="00A875E7">
      <w:pPr>
        <w:spacing w:after="20"/>
        <w:ind w:left="142"/>
        <w:rPr>
          <w:lang w:val="fr-BE"/>
        </w:rPr>
      </w:pPr>
      <w:r w:rsidRPr="00B55FFF">
        <w:rPr>
          <w:rFonts w:ascii="Segoe UI Symbol" w:hAnsi="Segoe UI Symbol"/>
          <w:lang w:val="fr-BE"/>
        </w:rPr>
        <w:t>☐</w:t>
      </w:r>
      <w:r w:rsidRPr="00B55FFF">
        <w:rPr>
          <w:rFonts w:ascii="Segoe UI Symbol" w:hAnsi="Segoe UI Symbol"/>
          <w:lang w:val="fr-BE"/>
        </w:rPr>
        <w:t xml:space="preserve"> </w:t>
      </w:r>
      <w:r w:rsidRPr="00B55FFF">
        <w:rPr>
          <w:lang w:val="fr-BE"/>
        </w:rPr>
        <w:t>Je ne formule pas de demande particulière à ce stade</w:t>
      </w:r>
    </w:p>
    <w:p w14:paraId="12FCD987" w14:textId="77777777" w:rsidR="00AD6D15" w:rsidRPr="00B55FFF" w:rsidRDefault="00A875E7">
      <w:pPr>
        <w:spacing w:before="40" w:after="0"/>
        <w:rPr>
          <w:lang w:val="fr-BE"/>
        </w:rPr>
      </w:pPr>
      <w:r w:rsidRPr="00B55FFF">
        <w:rPr>
          <w:b/>
          <w:lang w:val="fr-BE"/>
        </w:rPr>
        <w:t>Précisions éventuelles :</w:t>
      </w:r>
    </w:p>
    <w:p w14:paraId="0931BA15" w14:textId="77777777" w:rsidR="00AD6D15" w:rsidRPr="00B55FFF" w:rsidRDefault="00A875E7">
      <w:pPr>
        <w:spacing w:after="0" w:line="240" w:lineRule="auto"/>
        <w:rPr>
          <w:lang w:val="fr-BE"/>
        </w:rPr>
      </w:pPr>
      <w:r w:rsidRPr="00B55FFF">
        <w:rPr>
          <w:lang w:val="fr-BE"/>
        </w:rPr>
        <w:t>.................................................................................................................................................</w:t>
      </w:r>
    </w:p>
    <w:p w14:paraId="53BC6748" w14:textId="77777777" w:rsidR="00AD6D15" w:rsidRPr="00B55FFF" w:rsidRDefault="00A875E7">
      <w:pPr>
        <w:spacing w:after="0" w:line="240" w:lineRule="auto"/>
        <w:rPr>
          <w:lang w:val="fr-BE"/>
        </w:rPr>
      </w:pPr>
      <w:r w:rsidRPr="00B55FFF">
        <w:rPr>
          <w:lang w:val="fr-BE"/>
        </w:rPr>
        <w:t>.................................................................................................................................................</w:t>
      </w:r>
    </w:p>
    <w:p w14:paraId="7DD32313" w14:textId="77777777" w:rsidR="00AD6D15" w:rsidRPr="00B55FFF" w:rsidRDefault="00A875E7">
      <w:pPr>
        <w:spacing w:after="0" w:line="240" w:lineRule="auto"/>
        <w:rPr>
          <w:lang w:val="fr-BE"/>
        </w:rPr>
      </w:pPr>
      <w:r w:rsidRPr="00B55FFF">
        <w:rPr>
          <w:lang w:val="fr-BE"/>
        </w:rPr>
        <w:t>.................................................................................................................................................</w:t>
      </w:r>
    </w:p>
    <w:p w14:paraId="27F57BA7" w14:textId="77777777" w:rsidR="00AD6D15" w:rsidRPr="00B55FFF" w:rsidRDefault="00A875E7">
      <w:pPr>
        <w:pStyle w:val="Titre1"/>
        <w:spacing w:before="180" w:after="60"/>
        <w:rPr>
          <w:lang w:val="fr-BE"/>
        </w:rPr>
      </w:pPr>
      <w:r w:rsidRPr="00B55FFF">
        <w:rPr>
          <w:rFonts w:ascii="Arial" w:hAnsi="Arial"/>
          <w:sz w:val="20"/>
          <w:lang w:val="fr-BE"/>
        </w:rPr>
        <w:t>12. Confidentialité et traitement des données</w:t>
      </w:r>
    </w:p>
    <w:tbl>
      <w:tblPr>
        <w:tblW w:w="0" w:type="auto"/>
        <w:jc w:val="center"/>
        <w:tblLook w:val="04A0" w:firstRow="1" w:lastRow="0" w:firstColumn="1" w:lastColumn="0" w:noHBand="0" w:noVBand="1"/>
      </w:tblPr>
      <w:tblGrid>
        <w:gridCol w:w="10200"/>
      </w:tblGrid>
      <w:tr w:rsidR="00AD6D15" w:rsidRPr="00B55FFF" w14:paraId="731A74A9" w14:textId="77777777">
        <w:trPr>
          <w:jc w:val="center"/>
        </w:trPr>
        <w:tc>
          <w:tcPr>
            <w:tcW w:w="10200" w:type="dxa"/>
            <w:tcBorders>
              <w:top w:val="single" w:sz="6" w:space="0" w:color="9E9E9E"/>
              <w:left w:val="single" w:sz="6" w:space="0" w:color="9E9E9E"/>
              <w:bottom w:val="single" w:sz="6" w:space="0" w:color="9E9E9E"/>
              <w:right w:val="single" w:sz="6" w:space="0" w:color="9E9E9E"/>
            </w:tcBorders>
            <w:shd w:val="clear" w:color="auto" w:fill="EEF5FB"/>
            <w:tcMar>
              <w:top w:w="110" w:type="dxa"/>
              <w:left w:w="110" w:type="dxa"/>
              <w:bottom w:w="110" w:type="dxa"/>
              <w:right w:w="110" w:type="dxa"/>
            </w:tcMar>
          </w:tcPr>
          <w:p w14:paraId="0F9570F1" w14:textId="77777777" w:rsidR="00AD6D15" w:rsidRPr="00B55FFF" w:rsidRDefault="00A875E7">
            <w:pPr>
              <w:spacing w:after="0"/>
              <w:rPr>
                <w:lang w:val="fr-BE"/>
              </w:rPr>
            </w:pPr>
            <w:r w:rsidRPr="00B55FFF">
              <w:rPr>
                <w:lang w:val="fr-BE"/>
              </w:rPr>
              <w:t>Les informations communiquées dans le cadre du présent signalement sont traitées de manière strictement confidentielle par la Haute École. Elles sont accessibles uniquement aux personnes habilitées à en connaître dans le cadre de l’analyse et du suivi du dossier.</w:t>
            </w:r>
            <w:r w:rsidRPr="00B55FFF">
              <w:rPr>
                <w:lang w:val="fr-BE"/>
              </w:rPr>
              <w:br/>
            </w:r>
            <w:r w:rsidRPr="00B55FFF">
              <w:rPr>
                <w:lang w:val="fr-BE"/>
              </w:rPr>
              <w:br/>
            </w:r>
            <w:r w:rsidRPr="00B55FFF">
              <w:rPr>
                <w:lang w:val="fr-BE"/>
              </w:rPr>
              <w:t>L’identité de l’auteur du signalement, lorsqu’elle est connue, ne sera pas divulguée sans son consentement, sauf si cette communication est requise par une obligation légale ou nécessaire au traitement du signalement.</w:t>
            </w:r>
            <w:r w:rsidRPr="00B55FFF">
              <w:rPr>
                <w:lang w:val="fr-BE"/>
              </w:rPr>
              <w:br/>
            </w:r>
            <w:r w:rsidRPr="00B55FFF">
              <w:rPr>
                <w:lang w:val="fr-BE"/>
              </w:rPr>
              <w:br/>
              <w:t>Les données recueillies sont traitées exclusivement aux fins de gestion du signalement, dans le respect de la réglementation applicable en matière de protection des données à caractère personnel. Elles sont conservées pour une durée limitée, proportionnée à la finalité du traitement.</w:t>
            </w:r>
          </w:p>
        </w:tc>
      </w:tr>
    </w:tbl>
    <w:p w14:paraId="58FA708D" w14:textId="77777777" w:rsidR="00AD6D15" w:rsidRPr="00B55FFF" w:rsidRDefault="00A875E7">
      <w:pPr>
        <w:pStyle w:val="Titre1"/>
        <w:spacing w:before="180" w:after="60"/>
        <w:rPr>
          <w:lang w:val="fr-BE"/>
        </w:rPr>
      </w:pPr>
      <w:r w:rsidRPr="00B55FFF">
        <w:rPr>
          <w:rFonts w:ascii="Arial" w:hAnsi="Arial"/>
          <w:sz w:val="20"/>
          <w:lang w:val="fr-BE"/>
        </w:rPr>
        <w:t>13. Déclaration</w:t>
      </w:r>
    </w:p>
    <w:p w14:paraId="1ABCC67D" w14:textId="77777777" w:rsidR="00AD6D15" w:rsidRPr="00B55FFF" w:rsidRDefault="00A875E7">
      <w:pPr>
        <w:spacing w:after="20"/>
        <w:ind w:left="142"/>
        <w:rPr>
          <w:lang w:val="fr-BE"/>
        </w:rPr>
      </w:pPr>
      <w:r w:rsidRPr="12F99102">
        <w:rPr>
          <w:rFonts w:ascii="Segoe UI Symbol" w:hAnsi="Segoe UI Symbol"/>
          <w:lang w:val="fr-BE"/>
        </w:rPr>
        <w:t>☐</w:t>
      </w:r>
      <w:r w:rsidRPr="12F99102">
        <w:rPr>
          <w:rFonts w:ascii="Segoe UI Symbol" w:hAnsi="Segoe UI Symbol"/>
          <w:lang w:val="fr-BE"/>
        </w:rPr>
        <w:t xml:space="preserve"> </w:t>
      </w:r>
      <w:r w:rsidRPr="12F99102">
        <w:rPr>
          <w:lang w:val="fr-BE"/>
        </w:rPr>
        <w:t>Je confirme que les informations communiquées dans le présent formulaire sont, à ma connaissance, exactes et sincères.</w:t>
      </w:r>
    </w:p>
    <w:p w14:paraId="2B5414BB" w14:textId="450D4C03" w:rsidR="12F99102" w:rsidRDefault="12F99102" w:rsidP="12F99102">
      <w:pPr>
        <w:spacing w:after="20"/>
        <w:rPr>
          <w:lang w:val="fr-BE"/>
        </w:rPr>
      </w:pPr>
    </w:p>
    <w:p w14:paraId="57176726" w14:textId="77777777" w:rsidR="00AD6D15" w:rsidRPr="00B55FFF" w:rsidRDefault="00A875E7">
      <w:pPr>
        <w:spacing w:after="20"/>
        <w:rPr>
          <w:lang w:val="fr-BE"/>
        </w:rPr>
      </w:pPr>
      <w:r w:rsidRPr="12F99102">
        <w:rPr>
          <w:lang w:val="fr-BE"/>
        </w:rPr>
        <w:t>Date : ....................................................................................................</w:t>
      </w:r>
    </w:p>
    <w:p w14:paraId="1324B7F3" w14:textId="5A5FC816" w:rsidR="12F99102" w:rsidRDefault="12F99102" w:rsidP="12F99102">
      <w:pPr>
        <w:spacing w:before="40" w:after="0"/>
        <w:rPr>
          <w:b/>
          <w:bCs/>
          <w:lang w:val="fr-BE"/>
        </w:rPr>
      </w:pPr>
    </w:p>
    <w:p w14:paraId="37DD106B" w14:textId="375E725C" w:rsidR="00AD6D15" w:rsidRPr="00B55FFF" w:rsidRDefault="00A875E7" w:rsidP="12F99102">
      <w:pPr>
        <w:spacing w:before="40" w:after="0"/>
        <w:rPr>
          <w:b/>
          <w:bCs/>
          <w:lang w:val="fr-BE"/>
        </w:rPr>
      </w:pPr>
      <w:r w:rsidRPr="12F99102">
        <w:rPr>
          <w:b/>
          <w:bCs/>
          <w:lang w:val="fr-BE"/>
        </w:rPr>
        <w:t xml:space="preserve">Signature, </w:t>
      </w:r>
    </w:p>
    <w:p w14:paraId="36CBBD20" w14:textId="77777777" w:rsidR="00AD6D15" w:rsidRPr="00B55FFF" w:rsidRDefault="00A875E7">
      <w:pPr>
        <w:spacing w:after="0" w:line="240" w:lineRule="auto"/>
        <w:rPr>
          <w:lang w:val="fr-BE"/>
        </w:rPr>
      </w:pPr>
      <w:r w:rsidRPr="00B55FFF">
        <w:rPr>
          <w:lang w:val="fr-BE"/>
        </w:rPr>
        <w:t>.................................................................................................................................................</w:t>
      </w:r>
    </w:p>
    <w:p w14:paraId="74A76A90" w14:textId="67105D3A" w:rsidR="00AD6D15" w:rsidRPr="008777DF" w:rsidRDefault="00A875E7">
      <w:pPr>
        <w:spacing w:after="0" w:line="240" w:lineRule="auto"/>
        <w:rPr>
          <w:lang w:val="fr-BE"/>
        </w:rPr>
      </w:pPr>
      <w:r w:rsidRPr="00B55FFF">
        <w:rPr>
          <w:lang w:val="fr-BE"/>
        </w:rPr>
        <w:t>.................................................................................................................................................</w:t>
      </w:r>
    </w:p>
    <w:sectPr w:rsidR="00AD6D15" w:rsidRPr="008777DF" w:rsidSect="00034616">
      <w:headerReference w:type="default" r:id="rId9"/>
      <w:footerReference w:type="default" r:id="rId10"/>
      <w:pgSz w:w="12240" w:h="15840"/>
      <w:pgMar w:top="935" w:right="1020" w:bottom="822"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396F2" w14:textId="77777777" w:rsidR="00A875E7" w:rsidRDefault="00A875E7">
      <w:pPr>
        <w:spacing w:after="0" w:line="240" w:lineRule="auto"/>
      </w:pPr>
      <w:r>
        <w:separator/>
      </w:r>
    </w:p>
  </w:endnote>
  <w:endnote w:type="continuationSeparator" w:id="0">
    <w:p w14:paraId="4DD4B4BB" w14:textId="77777777" w:rsidR="00A875E7" w:rsidRDefault="00A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8942" w14:textId="77777777" w:rsidR="00AD6D15" w:rsidRPr="00B55FFF" w:rsidRDefault="00A875E7">
    <w:pPr>
      <w:pStyle w:val="Pieddepage"/>
      <w:jc w:val="center"/>
      <w:rPr>
        <w:lang w:val="fr-BE"/>
      </w:rPr>
    </w:pPr>
    <w:r w:rsidRPr="00B55FFF">
      <w:rPr>
        <w:color w:val="5A5A5A"/>
        <w:sz w:val="16"/>
        <w:lang w:val="fr-BE"/>
      </w:rPr>
      <w:t>Formulaire de signalement – Point contact harcèlement (PCH)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737CC" w14:textId="77777777" w:rsidR="00A875E7" w:rsidRDefault="00A875E7">
      <w:pPr>
        <w:spacing w:after="0" w:line="240" w:lineRule="auto"/>
      </w:pPr>
      <w:r>
        <w:separator/>
      </w:r>
    </w:p>
  </w:footnote>
  <w:footnote w:type="continuationSeparator" w:id="0">
    <w:p w14:paraId="12703B8B" w14:textId="77777777" w:rsidR="00A875E7" w:rsidRDefault="00A875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27FA8" w14:textId="7DA3C0FA" w:rsidR="00AD6D15" w:rsidRPr="00B55FFF" w:rsidRDefault="00AD6D15" w:rsidP="12F99102">
    <w:pPr>
      <w:pStyle w:val="En-tte"/>
      <w:jc w:val="right"/>
      <w:rPr>
        <w:color w:val="5A5A5A"/>
        <w:sz w:val="16"/>
        <w:szCs w:val="16"/>
        <w:lang w:val="fr-BE"/>
      </w:rPr>
    </w:pPr>
  </w:p>
</w:hdr>
</file>

<file path=word/intelligence2.xml><?xml version="1.0" encoding="utf-8"?>
<int2:intelligence xmlns:int2="http://schemas.microsoft.com/office/intelligence/2020/intelligence" xmlns:oel="http://schemas.microsoft.com/office/2019/extlst">
  <int2:observations>
    <int2:bookmark int2:bookmarkName="_Int_LILNyctW" int2:invalidationBookmarkName="" int2:hashCode="g2tieI3FvTH4kO" int2:id="CS34BXnQ">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121920561">
    <w:abstractNumId w:val="8"/>
  </w:num>
  <w:num w:numId="2" w16cid:durableId="426997490">
    <w:abstractNumId w:val="6"/>
  </w:num>
  <w:num w:numId="3" w16cid:durableId="1880775157">
    <w:abstractNumId w:val="5"/>
  </w:num>
  <w:num w:numId="4" w16cid:durableId="528690288">
    <w:abstractNumId w:val="4"/>
  </w:num>
  <w:num w:numId="5" w16cid:durableId="628241482">
    <w:abstractNumId w:val="7"/>
  </w:num>
  <w:num w:numId="6" w16cid:durableId="333801607">
    <w:abstractNumId w:val="3"/>
  </w:num>
  <w:num w:numId="7" w16cid:durableId="1533230868">
    <w:abstractNumId w:val="2"/>
  </w:num>
  <w:num w:numId="8" w16cid:durableId="416756013">
    <w:abstractNumId w:val="1"/>
  </w:num>
  <w:num w:numId="9" w16cid:durableId="438263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4005"/>
    <w:rsid w:val="0015074B"/>
    <w:rsid w:val="00212855"/>
    <w:rsid w:val="0029639D"/>
    <w:rsid w:val="002B24F1"/>
    <w:rsid w:val="00326F90"/>
    <w:rsid w:val="00534C31"/>
    <w:rsid w:val="006C13C3"/>
    <w:rsid w:val="008777DF"/>
    <w:rsid w:val="00A875E7"/>
    <w:rsid w:val="00AA1D8D"/>
    <w:rsid w:val="00AC4851"/>
    <w:rsid w:val="00AD4319"/>
    <w:rsid w:val="00AD6D15"/>
    <w:rsid w:val="00B47730"/>
    <w:rsid w:val="00B55FFF"/>
    <w:rsid w:val="00BA7341"/>
    <w:rsid w:val="00CB0664"/>
    <w:rsid w:val="00CF7217"/>
    <w:rsid w:val="00D86031"/>
    <w:rsid w:val="00EF093A"/>
    <w:rsid w:val="00FC693F"/>
    <w:rsid w:val="037EB12E"/>
    <w:rsid w:val="12F99102"/>
    <w:rsid w:val="247F51AA"/>
    <w:rsid w:val="3BDB7286"/>
    <w:rsid w:val="40E460A9"/>
    <w:rsid w:val="42B8B225"/>
    <w:rsid w:val="4B05BA7D"/>
    <w:rsid w:val="528EB61B"/>
    <w:rsid w:val="5DDF7C9D"/>
    <w:rsid w:val="60D63AC7"/>
    <w:rsid w:val="610B53DE"/>
    <w:rsid w:val="70BA865B"/>
    <w:rsid w:val="7AF4AF65"/>
    <w:rsid w:val="7E6FB9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F08315"/>
  <w14:defaultImageDpi w14:val="300"/>
  <w15:docId w15:val="{7FA25030-1E99-45BB-9D09-33F7155AE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1F4E79"/>
      <w:sz w:val="24"/>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1"/>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4"/>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1556</Words>
  <Characters>8564</Characters>
  <Application>Microsoft Office Word</Application>
  <DocSecurity>0</DocSecurity>
  <Lines>71</Lines>
  <Paragraphs>20</Paragraphs>
  <ScaleCrop>false</ScaleCrop>
  <Manager/>
  <Company/>
  <LinksUpToDate>false</LinksUpToDate>
  <CharactersWithSpaces>10100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signalement de faits de harcèlement</dc:title>
  <dc:subject>Annexe 12 – Procédure de signalement en cas de harcèlement</dc:subject>
  <dc:creator/>
  <cp:keywords/>
  <dc:description>generated by python-docx</dc:description>
  <cp:lastModifiedBy>EL MAROUANI Karim</cp:lastModifiedBy>
  <cp:revision>10</cp:revision>
  <dcterms:created xsi:type="dcterms:W3CDTF">2013-12-23T23:15:00Z</dcterms:created>
  <dcterms:modified xsi:type="dcterms:W3CDTF">2026-08-25T10:11:00Z</dcterms:modified>
  <cp:category/>
</cp:coreProperties>
</file>